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הזיכרון לחללי מערכות ישראל ונפגעי פעולות האיבה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מטרת יום הזיכרון ואת אופן הציון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כיצד להתנהג בזמן הצפירה ובטקס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הקשר בין זיכרון, קהילה וערבות הדדית, ואת המעבר ליום העצמאות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ד' באייר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לציין את היום בכבוד, בשקט וברגישות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עומדים בשקט ובכבוד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ליווי של היועצת ואפשרות לצאת לשיחה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בדף כעקרון מרכזי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הדף מציין במפורש שאין לבקש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התאמה שמוצעת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בצ'קליסט - יום לפני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בדף נכתב מפורשות שיש להימנע מכך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צפירה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ערבות הדדית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עצמאות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(רגע של עמידה בשקט לזכר הנופלים)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(תחושת אחריות ועזרה בין אנשי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(פעולה ששומרת את זכר האדם או האירוע)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(קבוצת אנשים החיים ותומכים זה בזה)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(תחושת שייכות וחיבור בין אנשים)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הכנה לטקס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לקבל את הנחיות בית הספר ואת לוח הטקס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עם היועצת אם יש תלמידים שהיום נוגע בהם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להסביר לתלמידים מה יקרה, כולל הצפירה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לשמור על אווירה שקטה ולאפשר יציאה לשיחה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לבדוק שלומם של התלמידים ולהיערך למעבר ליום העצמאות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עדין ומכבד שמביע אכפתיות, למשל 'אני כאן איתך'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עומדים בשקט ובכבוד לזכר הנופלים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תחושת אחריות ועזרה הדדית בין אנשי הקהילה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מעבר מתוך כבוד משני הרגשות - מזיכרון לשמחה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השיעור כדאי לוודא עם היועצת אם יש תלמידים שהיום נוגע בהם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להסביר מראש את הצפירה כדי למנוע בהלה, בעיקר בכיתות הצעירות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להימנע מתיאורים מפורטים של אירועים קשים ולשמור על טון רגוע ומכבד לאורך כל הפעילות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הזיכרון לחללי מערכות ישראל ונפגעי פעולות האיבה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יום הזיכרון הוא יום שבו כל החברה בישראל עוצרת לרגע כדי לזכור יחד, בכבוד ובשקט, ולחזק את תחושת הקהילה והערבות ההדדית בין אנשים.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תאריך עברי מצוין יום הזיכרון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ד' באייר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ד' בניסן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י' בטבת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כ'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המטרה המרכזית של היום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לציין את היום בכבוד, בשקט וברגישות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לארגן מסיבה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להתחרות בין כיתות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לצאת לטיול שנתי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בזמן הצפירה?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עומדים בשקט ובכבוד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רצים למגרש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שרים בקול 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יוצאים להפסקה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אפשר להציע לתלמיד שהיום קשה לו רגשית?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ליווי של היועצת ואפשרות לצאת לשיחה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להתעלם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לבקש ממנו לספר לכל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להוציא אותו מבית הספר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הזיכרון חשוב לשמור על אווירה שקטה ומכבדת.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לבקש מהתלמידים לספר בפומבי על אובדן אישי שעברו.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לעמוד ליד איש צוות בזמן הצפירה אם קשה.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הטקס מומלץ להסביר לתלמידים מה יקרה כדי להפחית בהלה.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בתיכון עוסקים בשיחה על עמדות פוליטיות ועל תיאורי קרבות.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פרח של __________ הוא פעילות שבה כל ילד מכין פרח ומניח בפינה שקטה.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בזמן ה__________ עומדים בשקט לזכר החללים.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המתארת חיזוק הקשר והעזרה ההדדית בין אנשים בקהילה היא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לאחר יום הזיכרון חוגגים את יום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צפירה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קבוצת אנשים החיים ותומכים זה בזה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ערבות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תחושת שייכות וחיבור בין 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הנצחה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תחושת אחריות ועזרה בין אנשי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פעולה ששומרת את זכר האדם או האירוע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אחדות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רגע של עמידה בשקט לזכר הנופלים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הכנה לטקס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שלומם של התלמידים ולהיערך למעבר ליום העצמאות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להסביר לתלמידים מה יקרה, כולל הצפירה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לשמור על אווירה שקטה ולאפשר יציאה לשיחה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עם היועצת אם יש תלמידים שהיום נוגע בהם אישית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לקבל את הנחיות בית הספר ואת לוח הטקס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תמיכה קצר שאפשר לומר למישהו בקהילה שחש עצב ביום הזיכרון.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בזמן הצפירה?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ערבות הדדית?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הקשר בין יום הזיכרון ליום העצמאות?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הזיכרון לחללי מערכות ישראל ונפגעי פעולות האיבה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