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לחללי מערכות ישראל ונפגעי פעולות האיבה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יום הזיכרון ואת אופן הציון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להתנהג בזמן הצפירה ובטקס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זיכרון, קהילה וערבות הדדית, ואת המעבר ליום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ד' באייר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לציין את היום בכבוד, בשקט וברגישות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עומדים בשקט ובכבוד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ליווי של היועצת ואפשרות לצאת לשיחה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כעקרון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מציין במפורש שאין לבקש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התאמה שמוצעת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בצ'קליסט - יום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נכתב מפורשות שיש להימנע מכך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(רגע של עמידה בשקט לזכר הנופלים)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(תחושת אחריות ועזרה בין אנשי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(פעולה ששומרת את זכר האדם או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אנשים החיים ותומכים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(תחושת שייכות וחיבור בין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הכנה לטקס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לקבל את הנחיות בית הספר ואת לוח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עם היועצת אם יש תלמידים שהיום נוגע בהם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לתלמידים מה יקרה, כולל הצפירה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לשמור על אווירה שקטה ולאפשר יציאה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שלומם של התלמידים ולהיערך למעבר ליום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עדין ומכבד שמביע אכפתיות, למשל 'אני כאן איתך'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בשקט ובכבוד לזכר הנופלים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תחושת אחריות ועזרה הדדית בין אנשי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מתוך כבוד משני הרגשות - מזיכרון לשמחה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כדאי לוודא עם היועצת אם יש תלמידים שהיום נוגע בהם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להסביר מראש את הצפירה כדי למנוע בהלה, בעיקר בכיתות הצעירות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מתיאורים מפורטים של אירועים קשים ולשמור על טון רגוע ומכבד לאורך כל הפעילות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הזיכרון לחללי מערכות ישראל ונפגעי פעולות האיבה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ביום הזיכרון כל המדינה זוכרת יחד. יש צפירה ושקט. חשוב לכבד את היום ולעזור אחד לשני.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שבו זוכרים חללי מערכות ישראל ונפגעי פעולות איבה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עמידה בשקט לזכר הנופלים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הנצחה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שעוזרת לשמור את הזכר של אדם או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אחריות ועזרה הדדית בין אנשים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ותומכים זה בזה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חיבור ושייכות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העצמאות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הבא אחרי יום הזיכרון, יום של שמחה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יום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ד'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ד'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מציינים את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את היום בכבוד, בשקט וברגישות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לארגן מסיבה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בין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כששומעים את הצפירה?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רצים למגרש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עוזרים לתלמיד שעצוב?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ליווי של היועצת ואפשרות לצאת לשיחה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ממנו לספר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להוציא אותו מבית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הזיכרון חשוב לשמור על אווירה שקטה ומכבדת.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מהתלמידים לספר בפומבי על אובדן אישי שעברו.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לעמוד ליד איש צוות בזמן הצפירה אם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הטקס מומלץ להסביר לתלמידים מה יקרה כדי להפחית בהלה.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עוסקים בשיחה על עמדות פוליטיות ועל תיאורי קרבות.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פרח של __________ הוא פעילות שבה כל ילד מכין פרח ומניח בפינה שקטה.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ה__________ עומדים בשקט לזכר החללים.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המתארת חיזוק הקשר והעזרה ההדדית בין אנשים בקהילה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לאחר יום הזיכרון חוגגים את יום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ששומרת את זכר האדם או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החיים ותומכים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הנצחה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תחושת שייכות וחיבור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תחושת אחריות ועזרה בין אנשי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רגע של עמידה בשקט לזכר הנופלים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הכנה לטקס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אווירה שקטה ולאפשר יציאה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הנחיות בית הספר ואת לוח הטקס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עם היועצת אם יש תלמידים שהיום נוגע בהם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שלומם של התלמידים ולהיערך למעבר ליום העצמאות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לתלמידים מה יקרה, כולל הצפירה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תמיכה קצר שאפשר לומר למישהו בקהילה שחש עצב ביום הזיכרון.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בזמן הצפירה?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ערבות הדדית?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יום הזיכרון ליום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הזיכרון לחללי מערכות ישראל ונפגעי פעולות האיבה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